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D6973" w14:textId="77777777" w:rsidR="0038449B" w:rsidRPr="001E7612" w:rsidRDefault="0030038C">
      <w:pPr>
        <w:pStyle w:val="Ttulo1"/>
        <w:rPr>
          <w:color w:val="auto"/>
        </w:rPr>
      </w:pPr>
      <w:r w:rsidRPr="001E7612">
        <w:rPr>
          <w:color w:val="auto"/>
        </w:rPr>
        <w:t>CURRÍCULO – JOVEM APRENDIZ</w:t>
      </w:r>
    </w:p>
    <w:p w14:paraId="6B832A21" w14:textId="77777777" w:rsidR="0038449B" w:rsidRPr="001E7612" w:rsidRDefault="0030038C">
      <w:pPr>
        <w:pStyle w:val="Ttulo2"/>
        <w:rPr>
          <w:color w:val="auto"/>
        </w:rPr>
      </w:pPr>
      <w:proofErr w:type="spellStart"/>
      <w:r w:rsidRPr="001E7612">
        <w:rPr>
          <w:color w:val="auto"/>
        </w:rPr>
        <w:t>Informações</w:t>
      </w:r>
      <w:proofErr w:type="spellEnd"/>
      <w:r w:rsidRPr="001E7612">
        <w:rPr>
          <w:color w:val="auto"/>
        </w:rPr>
        <w:t xml:space="preserve"> </w:t>
      </w:r>
      <w:proofErr w:type="spellStart"/>
      <w:r w:rsidRPr="001E7612">
        <w:rPr>
          <w:color w:val="auto"/>
        </w:rPr>
        <w:t>Pessoais</w:t>
      </w:r>
      <w:proofErr w:type="spellEnd"/>
    </w:p>
    <w:p w14:paraId="21F42D86" w14:textId="70DF1B1C" w:rsidR="0038449B" w:rsidRPr="001E7612" w:rsidRDefault="0030038C">
      <w:r w:rsidRPr="001E7612">
        <w:t xml:space="preserve">Nome </w:t>
      </w:r>
      <w:proofErr w:type="spellStart"/>
      <w:r w:rsidRPr="001E7612">
        <w:t>Completo</w:t>
      </w:r>
      <w:proofErr w:type="spellEnd"/>
      <w:r w:rsidRPr="001E7612">
        <w:t>:</w:t>
      </w:r>
      <w:r w:rsidR="00074ABA" w:rsidRPr="001E7612">
        <w:t xml:space="preserve"> Luiz Henrique Camargo </w:t>
      </w:r>
      <w:proofErr w:type="spellStart"/>
      <w:r w:rsidR="00074ABA" w:rsidRPr="001E7612">
        <w:t>Moraes</w:t>
      </w:r>
      <w:proofErr w:type="spellEnd"/>
      <w:r w:rsidRPr="001E7612">
        <w:br/>
      </w:r>
      <w:proofErr w:type="spellStart"/>
      <w:r w:rsidRPr="001E7612">
        <w:t>Endereço</w:t>
      </w:r>
      <w:proofErr w:type="spellEnd"/>
      <w:r w:rsidRPr="001E7612">
        <w:t xml:space="preserve">: </w:t>
      </w:r>
      <w:r w:rsidR="00074ABA" w:rsidRPr="001E7612">
        <w:t xml:space="preserve">Av. Perimetral </w:t>
      </w:r>
      <w:proofErr w:type="spellStart"/>
      <w:r w:rsidR="00074ABA" w:rsidRPr="001E7612">
        <w:t>Noroeste</w:t>
      </w:r>
      <w:proofErr w:type="spellEnd"/>
      <w:r w:rsidRPr="001E7612">
        <w:t xml:space="preserve">, nº </w:t>
      </w:r>
      <w:r w:rsidR="00074ABA" w:rsidRPr="001E7612">
        <w:t xml:space="preserve">4125 – </w:t>
      </w:r>
      <w:proofErr w:type="spellStart"/>
      <w:r w:rsidR="00074ABA" w:rsidRPr="001E7612">
        <w:t>Residencial</w:t>
      </w:r>
      <w:proofErr w:type="spellEnd"/>
      <w:r w:rsidR="00074ABA" w:rsidRPr="001E7612">
        <w:t xml:space="preserve"> Karpinski – Casa 06</w:t>
      </w:r>
      <w:r w:rsidRPr="001E7612">
        <w:t xml:space="preserve"> – Bairro</w:t>
      </w:r>
      <w:r w:rsidR="00074ABA" w:rsidRPr="001E7612">
        <w:t xml:space="preserve"> </w:t>
      </w:r>
      <w:proofErr w:type="spellStart"/>
      <w:r w:rsidR="00074ABA" w:rsidRPr="001E7612">
        <w:t>Florais</w:t>
      </w:r>
      <w:proofErr w:type="spellEnd"/>
      <w:r w:rsidR="00074ABA" w:rsidRPr="001E7612">
        <w:t xml:space="preserve"> da Mata</w:t>
      </w:r>
      <w:r w:rsidRPr="001E7612">
        <w:t xml:space="preserve"> – </w:t>
      </w:r>
      <w:proofErr w:type="spellStart"/>
      <w:r w:rsidR="00074ABA" w:rsidRPr="001E7612">
        <w:t>Sorriso</w:t>
      </w:r>
      <w:proofErr w:type="spellEnd"/>
      <w:r w:rsidRPr="001E7612">
        <w:t>/</w:t>
      </w:r>
      <w:r w:rsidR="00074ABA" w:rsidRPr="001E7612">
        <w:t>MT</w:t>
      </w:r>
      <w:r w:rsidRPr="001E7612">
        <w:br/>
      </w:r>
      <w:proofErr w:type="spellStart"/>
      <w:r w:rsidRPr="001E7612">
        <w:t>Telefone</w:t>
      </w:r>
      <w:proofErr w:type="spellEnd"/>
      <w:r w:rsidRPr="001E7612">
        <w:t>: (</w:t>
      </w:r>
      <w:r w:rsidR="00074ABA" w:rsidRPr="001E7612">
        <w:t>65</w:t>
      </w:r>
      <w:r w:rsidRPr="001E7612">
        <w:t xml:space="preserve">) </w:t>
      </w:r>
      <w:r w:rsidR="00074ABA" w:rsidRPr="001E7612">
        <w:t>9.9613-4505</w:t>
      </w:r>
      <w:r w:rsidRPr="001E7612">
        <w:br/>
      </w:r>
      <w:r w:rsidR="007D27AC" w:rsidRPr="001E7612">
        <w:t>E-mail: lh1297890@gmail.com</w:t>
      </w:r>
      <w:r w:rsidR="007D27AC" w:rsidRPr="001E7612">
        <w:br/>
      </w:r>
      <w:r w:rsidRPr="001E7612">
        <w:t xml:space="preserve">Data de </w:t>
      </w:r>
      <w:proofErr w:type="spellStart"/>
      <w:r w:rsidRPr="001E7612">
        <w:t>nascimento</w:t>
      </w:r>
      <w:proofErr w:type="spellEnd"/>
      <w:r w:rsidRPr="001E7612">
        <w:t xml:space="preserve">: </w:t>
      </w:r>
      <w:r w:rsidR="00074ABA" w:rsidRPr="001E7612">
        <w:t>05</w:t>
      </w:r>
      <w:r w:rsidRPr="001E7612">
        <w:t>/</w:t>
      </w:r>
      <w:r w:rsidR="00074ABA" w:rsidRPr="001E7612">
        <w:t>07</w:t>
      </w:r>
      <w:r w:rsidRPr="001E7612">
        <w:t>/</w:t>
      </w:r>
      <w:r w:rsidR="00074ABA" w:rsidRPr="001E7612">
        <w:t>2010</w:t>
      </w:r>
      <w:r w:rsidRPr="001E7612">
        <w:br/>
      </w:r>
      <w:proofErr w:type="spellStart"/>
      <w:r w:rsidRPr="001E7612">
        <w:t>Idade</w:t>
      </w:r>
      <w:proofErr w:type="spellEnd"/>
      <w:r w:rsidRPr="001E7612">
        <w:t xml:space="preserve">: </w:t>
      </w:r>
      <w:r w:rsidR="00074ABA" w:rsidRPr="001E7612">
        <w:t>15</w:t>
      </w:r>
      <w:r w:rsidRPr="001E7612">
        <w:t xml:space="preserve"> </w:t>
      </w:r>
      <w:proofErr w:type="spellStart"/>
      <w:r w:rsidRPr="001E7612">
        <w:t>anos</w:t>
      </w:r>
      <w:proofErr w:type="spellEnd"/>
    </w:p>
    <w:p w14:paraId="2F833922" w14:textId="77777777" w:rsidR="0038449B" w:rsidRPr="001E7612" w:rsidRDefault="0030038C">
      <w:pPr>
        <w:pStyle w:val="Ttulo2"/>
        <w:rPr>
          <w:color w:val="auto"/>
        </w:rPr>
      </w:pPr>
      <w:proofErr w:type="spellStart"/>
      <w:r w:rsidRPr="001E7612">
        <w:rPr>
          <w:color w:val="auto"/>
        </w:rPr>
        <w:t>Objetivo</w:t>
      </w:r>
      <w:proofErr w:type="spellEnd"/>
    </w:p>
    <w:p w14:paraId="5833A3D1" w14:textId="77777777" w:rsidR="0038449B" w:rsidRPr="001E7612" w:rsidRDefault="0030038C">
      <w:proofErr w:type="spellStart"/>
      <w:r w:rsidRPr="001E7612">
        <w:t>Jovem</w:t>
      </w:r>
      <w:proofErr w:type="spellEnd"/>
      <w:r w:rsidRPr="001E7612">
        <w:t xml:space="preserve"> </w:t>
      </w:r>
      <w:proofErr w:type="spellStart"/>
      <w:r w:rsidRPr="001E7612">
        <w:t>Aprendiz</w:t>
      </w:r>
      <w:proofErr w:type="spellEnd"/>
      <w:r w:rsidRPr="001E7612">
        <w:t xml:space="preserve"> – </w:t>
      </w:r>
      <w:proofErr w:type="spellStart"/>
      <w:r w:rsidRPr="001E7612">
        <w:t>Desejo</w:t>
      </w:r>
      <w:proofErr w:type="spellEnd"/>
      <w:r w:rsidRPr="001E7612">
        <w:t xml:space="preserve"> </w:t>
      </w:r>
      <w:proofErr w:type="spellStart"/>
      <w:r w:rsidRPr="001E7612">
        <w:t>adquirir</w:t>
      </w:r>
      <w:proofErr w:type="spellEnd"/>
      <w:r w:rsidRPr="001E7612">
        <w:t xml:space="preserve"> </w:t>
      </w:r>
      <w:proofErr w:type="spellStart"/>
      <w:r w:rsidRPr="001E7612">
        <w:t>experiência</w:t>
      </w:r>
      <w:proofErr w:type="spellEnd"/>
      <w:r w:rsidRPr="001E7612">
        <w:t xml:space="preserve"> </w:t>
      </w:r>
      <w:proofErr w:type="spellStart"/>
      <w:r w:rsidRPr="001E7612">
        <w:t>profissional</w:t>
      </w:r>
      <w:proofErr w:type="spellEnd"/>
      <w:r w:rsidRPr="001E7612">
        <w:t xml:space="preserve">, </w:t>
      </w:r>
      <w:proofErr w:type="spellStart"/>
      <w:r w:rsidRPr="001E7612">
        <w:t>desenvolver</w:t>
      </w:r>
      <w:proofErr w:type="spellEnd"/>
      <w:r w:rsidRPr="001E7612">
        <w:t xml:space="preserve"> </w:t>
      </w:r>
      <w:proofErr w:type="spellStart"/>
      <w:r w:rsidRPr="001E7612">
        <w:t>minhas</w:t>
      </w:r>
      <w:proofErr w:type="spellEnd"/>
      <w:r w:rsidRPr="001E7612">
        <w:t xml:space="preserve"> </w:t>
      </w:r>
      <w:proofErr w:type="spellStart"/>
      <w:r w:rsidRPr="001E7612">
        <w:t>habilidades</w:t>
      </w:r>
      <w:proofErr w:type="spellEnd"/>
      <w:r w:rsidRPr="001E7612">
        <w:t xml:space="preserve"> e </w:t>
      </w:r>
      <w:proofErr w:type="spellStart"/>
      <w:r w:rsidRPr="001E7612">
        <w:t>contribuir</w:t>
      </w:r>
      <w:proofErr w:type="spellEnd"/>
      <w:r w:rsidRPr="001E7612">
        <w:t xml:space="preserve"> para o </w:t>
      </w:r>
      <w:proofErr w:type="spellStart"/>
      <w:r w:rsidRPr="001E7612">
        <w:t>crescimento</w:t>
      </w:r>
      <w:proofErr w:type="spellEnd"/>
      <w:r w:rsidRPr="001E7612">
        <w:t xml:space="preserve"> da </w:t>
      </w:r>
      <w:proofErr w:type="spellStart"/>
      <w:r w:rsidRPr="001E7612">
        <w:t>empresa</w:t>
      </w:r>
      <w:proofErr w:type="spellEnd"/>
      <w:r w:rsidRPr="001E7612">
        <w:t>.</w:t>
      </w:r>
    </w:p>
    <w:p w14:paraId="50207A4B" w14:textId="77777777" w:rsidR="0038449B" w:rsidRPr="001E7612" w:rsidRDefault="0030038C">
      <w:pPr>
        <w:pStyle w:val="Ttulo2"/>
        <w:rPr>
          <w:color w:val="auto"/>
        </w:rPr>
      </w:pPr>
      <w:proofErr w:type="spellStart"/>
      <w:r w:rsidRPr="001E7612">
        <w:rPr>
          <w:color w:val="auto"/>
        </w:rPr>
        <w:t>Formação</w:t>
      </w:r>
      <w:proofErr w:type="spellEnd"/>
      <w:r w:rsidRPr="001E7612">
        <w:rPr>
          <w:color w:val="auto"/>
        </w:rPr>
        <w:t xml:space="preserve"> </w:t>
      </w:r>
      <w:proofErr w:type="spellStart"/>
      <w:r w:rsidRPr="001E7612">
        <w:rPr>
          <w:color w:val="auto"/>
        </w:rPr>
        <w:t>Acadêmica</w:t>
      </w:r>
      <w:proofErr w:type="spellEnd"/>
    </w:p>
    <w:p w14:paraId="09006245" w14:textId="60D70967" w:rsidR="0038449B" w:rsidRPr="001E7612" w:rsidRDefault="0030038C">
      <w:r w:rsidRPr="001E7612">
        <w:t xml:space="preserve">Ensino </w:t>
      </w:r>
      <w:proofErr w:type="spellStart"/>
      <w:r w:rsidRPr="001E7612">
        <w:t>Médio</w:t>
      </w:r>
      <w:proofErr w:type="spellEnd"/>
      <w:r w:rsidRPr="001E7612">
        <w:t xml:space="preserve"> – </w:t>
      </w:r>
      <w:proofErr w:type="gramStart"/>
      <w:r w:rsidRPr="001E7612">
        <w:t>( )</w:t>
      </w:r>
      <w:proofErr w:type="gramEnd"/>
      <w:r w:rsidRPr="001E7612">
        <w:t xml:space="preserve"> </w:t>
      </w:r>
      <w:proofErr w:type="spellStart"/>
      <w:r w:rsidRPr="001E7612">
        <w:t>Concluído</w:t>
      </w:r>
      <w:proofErr w:type="spellEnd"/>
      <w:r w:rsidRPr="001E7612">
        <w:t xml:space="preserve"> / (</w:t>
      </w:r>
      <w:r w:rsidR="00074ABA" w:rsidRPr="001E7612">
        <w:t>x</w:t>
      </w:r>
      <w:r w:rsidRPr="001E7612">
        <w:t xml:space="preserve">) </w:t>
      </w:r>
      <w:proofErr w:type="spellStart"/>
      <w:r w:rsidRPr="001E7612">
        <w:t>Cursando</w:t>
      </w:r>
      <w:proofErr w:type="spellEnd"/>
      <w:r w:rsidRPr="001E7612">
        <w:br/>
        <w:t>Nome da Escola</w:t>
      </w:r>
      <w:r w:rsidR="00074ABA" w:rsidRPr="001E7612">
        <w:t xml:space="preserve">: </w:t>
      </w:r>
      <w:r w:rsidR="007225B6" w:rsidRPr="001E7612">
        <w:t xml:space="preserve">Escola </w:t>
      </w:r>
      <w:proofErr w:type="spellStart"/>
      <w:r w:rsidR="007225B6" w:rsidRPr="001E7612">
        <w:t>Estadual</w:t>
      </w:r>
      <w:proofErr w:type="spellEnd"/>
      <w:r w:rsidR="007225B6" w:rsidRPr="001E7612">
        <w:t xml:space="preserve"> </w:t>
      </w:r>
      <w:proofErr w:type="spellStart"/>
      <w:r w:rsidR="007225B6" w:rsidRPr="001E7612">
        <w:t>Militar</w:t>
      </w:r>
      <w:proofErr w:type="spellEnd"/>
      <w:r w:rsidR="007225B6" w:rsidRPr="001E7612">
        <w:t xml:space="preserve"> </w:t>
      </w:r>
      <w:proofErr w:type="spellStart"/>
      <w:r w:rsidR="007225B6" w:rsidRPr="001E7612">
        <w:t>Tiradentes</w:t>
      </w:r>
      <w:proofErr w:type="spellEnd"/>
      <w:r w:rsidR="007225B6" w:rsidRPr="001E7612">
        <w:t xml:space="preserve"> Cabo Antonio </w:t>
      </w:r>
      <w:proofErr w:type="spellStart"/>
      <w:r w:rsidR="007225B6" w:rsidRPr="001E7612">
        <w:t>Dilceu</w:t>
      </w:r>
      <w:proofErr w:type="spellEnd"/>
      <w:r w:rsidR="007225B6" w:rsidRPr="001E7612">
        <w:t xml:space="preserve"> da Silva Amaral</w:t>
      </w:r>
      <w:r w:rsidRPr="001E7612">
        <w:t xml:space="preserve"> – </w:t>
      </w:r>
      <w:proofErr w:type="spellStart"/>
      <w:r w:rsidR="007225B6" w:rsidRPr="001E7612">
        <w:t>Sorriso</w:t>
      </w:r>
      <w:proofErr w:type="spellEnd"/>
      <w:r w:rsidRPr="001E7612">
        <w:t>/</w:t>
      </w:r>
      <w:r w:rsidR="007225B6" w:rsidRPr="001E7612">
        <w:t>MT</w:t>
      </w:r>
      <w:r w:rsidRPr="001E7612">
        <w:br/>
      </w:r>
      <w:proofErr w:type="spellStart"/>
      <w:r w:rsidRPr="001E7612">
        <w:t>Período</w:t>
      </w:r>
      <w:proofErr w:type="spellEnd"/>
      <w:r w:rsidRPr="001E7612">
        <w:t xml:space="preserve">: </w:t>
      </w:r>
      <w:proofErr w:type="spellStart"/>
      <w:r w:rsidR="00B56567" w:rsidRPr="001E7612">
        <w:t>Matutino</w:t>
      </w:r>
      <w:proofErr w:type="spellEnd"/>
      <w:r w:rsidRPr="001E7612">
        <w:t xml:space="preserve"> /</w:t>
      </w:r>
      <w:r w:rsidR="00B56567" w:rsidRPr="001E7612">
        <w:t>202</w:t>
      </w:r>
      <w:r w:rsidR="002924FF" w:rsidRPr="001E7612">
        <w:t>6</w:t>
      </w:r>
    </w:p>
    <w:p w14:paraId="6EC6AE6E" w14:textId="77777777" w:rsidR="0038449B" w:rsidRPr="001E7612" w:rsidRDefault="0030038C">
      <w:pPr>
        <w:pStyle w:val="Ttulo2"/>
        <w:rPr>
          <w:color w:val="auto"/>
        </w:rPr>
      </w:pPr>
      <w:proofErr w:type="spellStart"/>
      <w:r w:rsidRPr="001E7612">
        <w:rPr>
          <w:color w:val="auto"/>
        </w:rPr>
        <w:t>Cursos</w:t>
      </w:r>
      <w:proofErr w:type="spellEnd"/>
      <w:r w:rsidRPr="001E7612">
        <w:rPr>
          <w:color w:val="auto"/>
        </w:rPr>
        <w:t xml:space="preserve"> </w:t>
      </w:r>
      <w:proofErr w:type="spellStart"/>
      <w:r w:rsidRPr="001E7612">
        <w:rPr>
          <w:color w:val="auto"/>
        </w:rPr>
        <w:t>Complementares</w:t>
      </w:r>
      <w:proofErr w:type="spellEnd"/>
    </w:p>
    <w:p w14:paraId="571EA919" w14:textId="3127B64A" w:rsidR="0038449B" w:rsidRPr="001E7612" w:rsidRDefault="0030038C">
      <w:r w:rsidRPr="001E7612">
        <w:t xml:space="preserve">- </w:t>
      </w:r>
      <w:proofErr w:type="spellStart"/>
      <w:r w:rsidR="007225B6" w:rsidRPr="001E7612">
        <w:t>Operador</w:t>
      </w:r>
      <w:proofErr w:type="spellEnd"/>
      <w:r w:rsidR="007225B6" w:rsidRPr="001E7612">
        <w:t xml:space="preserve"> de </w:t>
      </w:r>
      <w:proofErr w:type="spellStart"/>
      <w:proofErr w:type="gramStart"/>
      <w:r w:rsidR="007225B6" w:rsidRPr="001E7612">
        <w:t>Computador</w:t>
      </w:r>
      <w:proofErr w:type="spellEnd"/>
      <w:r w:rsidR="007225B6" w:rsidRPr="001E7612">
        <w:t xml:space="preserve"> </w:t>
      </w:r>
      <w:r w:rsidRPr="001E7612">
        <w:t xml:space="preserve"> –</w:t>
      </w:r>
      <w:proofErr w:type="gramEnd"/>
      <w:r w:rsidRPr="001E7612">
        <w:t xml:space="preserve"> (</w:t>
      </w:r>
      <w:r w:rsidR="007225B6" w:rsidRPr="001E7612">
        <w:t>SENAI</w:t>
      </w:r>
      <w:r w:rsidRPr="001E7612">
        <w:t xml:space="preserve">) – </w:t>
      </w:r>
      <w:r w:rsidR="007225B6" w:rsidRPr="001E7612">
        <w:t>2025</w:t>
      </w:r>
      <w:r w:rsidRPr="001E7612">
        <w:br/>
        <w:t xml:space="preserve">- </w:t>
      </w:r>
      <w:proofErr w:type="spellStart"/>
      <w:r w:rsidR="007225B6" w:rsidRPr="001E7612">
        <w:t>Assistente</w:t>
      </w:r>
      <w:proofErr w:type="spellEnd"/>
      <w:r w:rsidR="007225B6" w:rsidRPr="001E7612">
        <w:t xml:space="preserve"> de </w:t>
      </w:r>
      <w:proofErr w:type="spellStart"/>
      <w:r w:rsidR="007225B6" w:rsidRPr="001E7612">
        <w:t>Recursos</w:t>
      </w:r>
      <w:proofErr w:type="spellEnd"/>
      <w:r w:rsidR="007225B6" w:rsidRPr="001E7612">
        <w:t xml:space="preserve"> Humanos com </w:t>
      </w:r>
      <w:proofErr w:type="spellStart"/>
      <w:r w:rsidR="007225B6" w:rsidRPr="001E7612">
        <w:t>Informática</w:t>
      </w:r>
      <w:proofErr w:type="spellEnd"/>
      <w:r w:rsidR="007225B6" w:rsidRPr="001E7612">
        <w:t xml:space="preserve"> - </w:t>
      </w:r>
      <w:r w:rsidRPr="001E7612">
        <w:t>(</w:t>
      </w:r>
      <w:r w:rsidR="007225B6" w:rsidRPr="001E7612">
        <w:t>SENAI</w:t>
      </w:r>
      <w:r w:rsidRPr="001E7612">
        <w:t xml:space="preserve">) – </w:t>
      </w:r>
      <w:r w:rsidR="007225B6" w:rsidRPr="001E7612">
        <w:t>2025</w:t>
      </w:r>
      <w:r w:rsidRPr="001E7612">
        <w:br/>
      </w:r>
    </w:p>
    <w:p w14:paraId="4E49F6BA" w14:textId="77777777" w:rsidR="0038449B" w:rsidRPr="001E7612" w:rsidRDefault="0030038C">
      <w:pPr>
        <w:pStyle w:val="Ttulo2"/>
        <w:rPr>
          <w:color w:val="auto"/>
        </w:rPr>
      </w:pPr>
      <w:proofErr w:type="spellStart"/>
      <w:r w:rsidRPr="001E7612">
        <w:rPr>
          <w:color w:val="auto"/>
        </w:rPr>
        <w:t>Experiência</w:t>
      </w:r>
      <w:proofErr w:type="spellEnd"/>
      <w:r w:rsidRPr="001E7612">
        <w:rPr>
          <w:color w:val="auto"/>
        </w:rPr>
        <w:t xml:space="preserve"> </w:t>
      </w:r>
      <w:proofErr w:type="spellStart"/>
      <w:r w:rsidRPr="001E7612">
        <w:rPr>
          <w:color w:val="auto"/>
        </w:rPr>
        <w:t>Profissional</w:t>
      </w:r>
      <w:proofErr w:type="spellEnd"/>
    </w:p>
    <w:p w14:paraId="068B24D3" w14:textId="77777777" w:rsidR="0038449B" w:rsidRPr="001E7612" w:rsidRDefault="0030038C">
      <w:proofErr w:type="spellStart"/>
      <w:r w:rsidRPr="001E7612">
        <w:t>Em</w:t>
      </w:r>
      <w:proofErr w:type="spellEnd"/>
      <w:r w:rsidRPr="001E7612">
        <w:t xml:space="preserve"> </w:t>
      </w:r>
      <w:proofErr w:type="spellStart"/>
      <w:r w:rsidRPr="001E7612">
        <w:t>busca</w:t>
      </w:r>
      <w:proofErr w:type="spellEnd"/>
      <w:r w:rsidRPr="001E7612">
        <w:t xml:space="preserve"> da </w:t>
      </w:r>
      <w:proofErr w:type="spellStart"/>
      <w:r w:rsidRPr="001E7612">
        <w:t>primeira</w:t>
      </w:r>
      <w:proofErr w:type="spellEnd"/>
      <w:r w:rsidRPr="001E7612">
        <w:t xml:space="preserve"> </w:t>
      </w:r>
      <w:proofErr w:type="spellStart"/>
      <w:r w:rsidRPr="001E7612">
        <w:t>oportunidade</w:t>
      </w:r>
      <w:proofErr w:type="spellEnd"/>
      <w:r w:rsidRPr="001E7612">
        <w:t xml:space="preserve"> </w:t>
      </w:r>
      <w:proofErr w:type="spellStart"/>
      <w:r w:rsidRPr="001E7612">
        <w:t>profissional</w:t>
      </w:r>
      <w:proofErr w:type="spellEnd"/>
      <w:r w:rsidRPr="001E7612">
        <w:t>.</w:t>
      </w:r>
    </w:p>
    <w:p w14:paraId="231071AB" w14:textId="77777777" w:rsidR="0038449B" w:rsidRPr="001E7612" w:rsidRDefault="0030038C">
      <w:pPr>
        <w:pStyle w:val="Ttulo2"/>
        <w:rPr>
          <w:color w:val="auto"/>
        </w:rPr>
      </w:pPr>
      <w:proofErr w:type="spellStart"/>
      <w:r w:rsidRPr="001E7612">
        <w:rPr>
          <w:color w:val="auto"/>
        </w:rPr>
        <w:t>Habilidades</w:t>
      </w:r>
      <w:proofErr w:type="spellEnd"/>
      <w:r w:rsidRPr="001E7612">
        <w:rPr>
          <w:color w:val="auto"/>
        </w:rPr>
        <w:t xml:space="preserve"> e </w:t>
      </w:r>
      <w:proofErr w:type="spellStart"/>
      <w:r w:rsidRPr="001E7612">
        <w:rPr>
          <w:color w:val="auto"/>
        </w:rPr>
        <w:t>Competências</w:t>
      </w:r>
      <w:proofErr w:type="spellEnd"/>
    </w:p>
    <w:p w14:paraId="48E57DBE" w14:textId="77777777" w:rsidR="0038449B" w:rsidRPr="001E7612" w:rsidRDefault="0030038C">
      <w:r w:rsidRPr="001E7612">
        <w:t xml:space="preserve">- </w:t>
      </w:r>
      <w:proofErr w:type="spellStart"/>
      <w:r w:rsidRPr="001E7612">
        <w:t>Facilidade</w:t>
      </w:r>
      <w:proofErr w:type="spellEnd"/>
      <w:r w:rsidRPr="001E7612">
        <w:t xml:space="preserve"> de </w:t>
      </w:r>
      <w:proofErr w:type="spellStart"/>
      <w:r w:rsidRPr="001E7612">
        <w:t>aprendizado</w:t>
      </w:r>
      <w:proofErr w:type="spellEnd"/>
      <w:r w:rsidRPr="001E7612">
        <w:br/>
        <w:t xml:space="preserve">- Bom </w:t>
      </w:r>
      <w:proofErr w:type="spellStart"/>
      <w:r w:rsidRPr="001E7612">
        <w:t>relacionamento</w:t>
      </w:r>
      <w:proofErr w:type="spellEnd"/>
      <w:r w:rsidRPr="001E7612">
        <w:t xml:space="preserve"> </w:t>
      </w:r>
      <w:proofErr w:type="spellStart"/>
      <w:r w:rsidRPr="001E7612">
        <w:t>interpessoal</w:t>
      </w:r>
      <w:proofErr w:type="spellEnd"/>
      <w:r w:rsidRPr="001E7612">
        <w:br/>
        <w:t xml:space="preserve">- </w:t>
      </w:r>
      <w:proofErr w:type="spellStart"/>
      <w:r w:rsidRPr="001E7612">
        <w:t>Responsabilidade</w:t>
      </w:r>
      <w:proofErr w:type="spellEnd"/>
      <w:r w:rsidRPr="001E7612">
        <w:t xml:space="preserve"> e </w:t>
      </w:r>
      <w:proofErr w:type="spellStart"/>
      <w:r w:rsidRPr="001E7612">
        <w:t>pontualidade</w:t>
      </w:r>
      <w:proofErr w:type="spellEnd"/>
      <w:r w:rsidRPr="001E7612">
        <w:br/>
        <w:t xml:space="preserve">- Interesse </w:t>
      </w:r>
      <w:proofErr w:type="spellStart"/>
      <w:r w:rsidRPr="001E7612">
        <w:t>em</w:t>
      </w:r>
      <w:proofErr w:type="spellEnd"/>
      <w:r w:rsidRPr="001E7612">
        <w:t xml:space="preserve"> </w:t>
      </w:r>
      <w:proofErr w:type="spellStart"/>
      <w:r w:rsidRPr="001E7612">
        <w:t>crescer</w:t>
      </w:r>
      <w:proofErr w:type="spellEnd"/>
      <w:r w:rsidRPr="001E7612">
        <w:t xml:space="preserve"> </w:t>
      </w:r>
      <w:proofErr w:type="spellStart"/>
      <w:r w:rsidRPr="001E7612">
        <w:t>profissionalmente</w:t>
      </w:r>
      <w:proofErr w:type="spellEnd"/>
    </w:p>
    <w:p w14:paraId="2715CCF3" w14:textId="77777777" w:rsidR="0038449B" w:rsidRPr="001E7612" w:rsidRDefault="0030038C">
      <w:pPr>
        <w:pStyle w:val="Ttulo2"/>
        <w:rPr>
          <w:color w:val="auto"/>
        </w:rPr>
      </w:pPr>
      <w:proofErr w:type="spellStart"/>
      <w:r w:rsidRPr="001E7612">
        <w:rPr>
          <w:color w:val="auto"/>
        </w:rPr>
        <w:t>Informações</w:t>
      </w:r>
      <w:proofErr w:type="spellEnd"/>
      <w:r w:rsidRPr="001E7612">
        <w:rPr>
          <w:color w:val="auto"/>
        </w:rPr>
        <w:t xml:space="preserve"> </w:t>
      </w:r>
      <w:proofErr w:type="spellStart"/>
      <w:r w:rsidRPr="001E7612">
        <w:rPr>
          <w:color w:val="auto"/>
        </w:rPr>
        <w:t>Adicionais</w:t>
      </w:r>
      <w:proofErr w:type="spellEnd"/>
    </w:p>
    <w:p w14:paraId="0A644179" w14:textId="1B62F541" w:rsidR="0038449B" w:rsidRPr="001E7612" w:rsidRDefault="0030038C">
      <w:r w:rsidRPr="001E7612">
        <w:t xml:space="preserve">- </w:t>
      </w:r>
      <w:proofErr w:type="spellStart"/>
      <w:r w:rsidRPr="001E7612">
        <w:t>Disponibilidade</w:t>
      </w:r>
      <w:proofErr w:type="spellEnd"/>
      <w:r w:rsidRPr="001E7612">
        <w:t xml:space="preserve"> para </w:t>
      </w:r>
      <w:proofErr w:type="spellStart"/>
      <w:r w:rsidRPr="001E7612">
        <w:t>turno</w:t>
      </w:r>
      <w:proofErr w:type="spellEnd"/>
      <w:r w:rsidR="007225B6" w:rsidRPr="001E7612">
        <w:t>:</w:t>
      </w:r>
      <w:r w:rsidRPr="001E7612">
        <w:t xml:space="preserve"> </w:t>
      </w:r>
      <w:proofErr w:type="spellStart"/>
      <w:r w:rsidRPr="001E7612">
        <w:t>tarde</w:t>
      </w:r>
      <w:proofErr w:type="spellEnd"/>
      <w:r w:rsidRPr="001E7612">
        <w:t xml:space="preserve"> </w:t>
      </w:r>
      <w:r w:rsidRPr="001E7612">
        <w:br/>
      </w:r>
      <w:r w:rsidR="00152960" w:rsidRPr="001E7612">
        <w:t xml:space="preserve"> </w:t>
      </w:r>
      <w:r w:rsidRPr="001E7612">
        <w:br/>
      </w:r>
    </w:p>
    <w:sectPr w:rsidR="0038449B" w:rsidRPr="001E761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74ABA"/>
    <w:rsid w:val="0015074B"/>
    <w:rsid w:val="00152960"/>
    <w:rsid w:val="001E7612"/>
    <w:rsid w:val="002924FF"/>
    <w:rsid w:val="0029639D"/>
    <w:rsid w:val="0030038C"/>
    <w:rsid w:val="00326F90"/>
    <w:rsid w:val="0038449B"/>
    <w:rsid w:val="007225B6"/>
    <w:rsid w:val="007D27AC"/>
    <w:rsid w:val="008F28C4"/>
    <w:rsid w:val="00AA1D8D"/>
    <w:rsid w:val="00B47730"/>
    <w:rsid w:val="00B56567"/>
    <w:rsid w:val="00B7763A"/>
    <w:rsid w:val="00CB0664"/>
    <w:rsid w:val="00E8106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7CFD26"/>
  <w14:defaultImageDpi w14:val="300"/>
  <w15:docId w15:val="{E11420F8-1A5F-44D4-B05B-55CB74C5D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Luiz Henrique</cp:lastModifiedBy>
  <cp:revision>9</cp:revision>
  <dcterms:created xsi:type="dcterms:W3CDTF">2025-10-22T19:33:00Z</dcterms:created>
  <dcterms:modified xsi:type="dcterms:W3CDTF">2026-05-06T11:54:00Z</dcterms:modified>
  <cp:category/>
</cp:coreProperties>
</file>